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48B2A" w14:textId="1F4EC21E" w:rsidR="007856A8" w:rsidRDefault="00000000" w:rsidP="00F61AFA">
      <w:pPr>
        <w:bidi/>
        <w:jc w:val="center"/>
      </w:pPr>
      <w:proofErr w:type="spellStart"/>
      <w:r>
        <w:rPr>
          <w:rFonts w:ascii="Arial" w:eastAsia="Arial" w:hAnsi="Arial" w:cs="Arial"/>
          <w:b/>
          <w:sz w:val="36"/>
        </w:rPr>
        <w:t>جدول</w:t>
      </w:r>
      <w:proofErr w:type="spellEnd"/>
      <w:r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مراجعة</w:t>
      </w:r>
      <w:proofErr w:type="spellEnd"/>
      <w:r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قبل</w:t>
      </w:r>
      <w:proofErr w:type="spellEnd"/>
      <w:r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الامتحان</w:t>
      </w:r>
      <w:proofErr w:type="spellEnd"/>
      <w:r>
        <w:rPr>
          <w:rFonts w:ascii="Arial" w:eastAsia="Arial" w:hAnsi="Arial" w:cs="Arial"/>
          <w:b/>
          <w:sz w:val="36"/>
        </w:rPr>
        <w:br/>
        <w:t>(</w:t>
      </w:r>
      <w:proofErr w:type="spellStart"/>
      <w:r>
        <w:rPr>
          <w:rFonts w:ascii="Arial" w:eastAsia="Arial" w:hAnsi="Arial" w:cs="Arial"/>
          <w:b/>
          <w:sz w:val="36"/>
        </w:rPr>
        <w:t>استدعاء</w:t>
      </w:r>
      <w:proofErr w:type="spellEnd"/>
      <w:r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نشط</w:t>
      </w:r>
      <w:proofErr w:type="spellEnd"/>
      <w:r>
        <w:rPr>
          <w:rFonts w:ascii="Arial" w:eastAsia="Arial" w:hAnsi="Arial" w:cs="Arial"/>
          <w:b/>
          <w:sz w:val="36"/>
        </w:rPr>
        <w:t xml:space="preserve"> </w:t>
      </w:r>
      <w:proofErr w:type="gramStart"/>
      <w:r>
        <w:rPr>
          <w:rFonts w:ascii="Arial" w:eastAsia="Arial" w:hAnsi="Arial" w:cs="Arial"/>
          <w:b/>
          <w:sz w:val="36"/>
        </w:rPr>
        <w:t xml:space="preserve">+ </w:t>
      </w:r>
      <w:r w:rsidR="00F61AFA"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مراجعة</w:t>
      </w:r>
      <w:proofErr w:type="spellEnd"/>
      <w:proofErr w:type="gramEnd"/>
      <w:r>
        <w:rPr>
          <w:rFonts w:ascii="Arial" w:eastAsia="Arial" w:hAnsi="Arial" w:cs="Arial"/>
          <w:b/>
          <w:sz w:val="36"/>
        </w:rPr>
        <w:t xml:space="preserve"> </w:t>
      </w:r>
      <w:proofErr w:type="spellStart"/>
      <w:r>
        <w:rPr>
          <w:rFonts w:ascii="Arial" w:eastAsia="Arial" w:hAnsi="Arial" w:cs="Arial"/>
          <w:b/>
          <w:sz w:val="36"/>
        </w:rPr>
        <w:t>متباعدة</w:t>
      </w:r>
      <w:proofErr w:type="spellEnd"/>
      <w:r>
        <w:rPr>
          <w:rFonts w:ascii="Arial" w:eastAsia="Arial" w:hAnsi="Arial" w:cs="Arial"/>
          <w:b/>
          <w:sz w:val="36"/>
        </w:rPr>
        <w:t>)</w:t>
      </w:r>
    </w:p>
    <w:p w14:paraId="485B8A3F" w14:textId="405B3FF8" w:rsidR="007856A8" w:rsidRPr="00F61AFA" w:rsidRDefault="00000000" w:rsidP="00F61AFA">
      <w:pPr>
        <w:bidi/>
        <w:rPr>
          <w:rFonts w:asciiTheme="majorBidi" w:hAnsiTheme="majorBidi" w:cstheme="majorBidi"/>
          <w:sz w:val="28"/>
          <w:szCs w:val="28"/>
        </w:rPr>
      </w:pPr>
      <w:proofErr w:type="spellStart"/>
      <w:proofErr w:type="gramStart"/>
      <w:r w:rsidRPr="00F61AFA">
        <w:rPr>
          <w:rFonts w:asciiTheme="majorBidi" w:eastAsia="Arial" w:hAnsiTheme="majorBidi" w:cstheme="majorBidi"/>
          <w:sz w:val="28"/>
          <w:szCs w:val="28"/>
        </w:rPr>
        <w:t>المادة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: ____________   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الصف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: ____________   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تاريخ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الامتحان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: ____ / </w:t>
      </w:r>
      <w:proofErr w:type="gramEnd"/>
      <w:r w:rsidRPr="00F61AFA">
        <w:rPr>
          <w:rFonts w:asciiTheme="majorBidi" w:eastAsia="Arial" w:hAnsiTheme="majorBidi" w:cstheme="majorBidi"/>
          <w:sz w:val="28"/>
          <w:szCs w:val="28"/>
        </w:rPr>
        <w:t>____ / ______</w:t>
      </w:r>
      <w:r w:rsidR="00F61AFA"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</w:p>
    <w:p w14:paraId="7AD3715E" w14:textId="7B45D076" w:rsidR="007856A8" w:rsidRDefault="00000000" w:rsidP="00F61AFA">
      <w:pPr>
        <w:bidi/>
      </w:pPr>
      <w:r w:rsidRPr="00F61AFA">
        <w:rPr>
          <w:rFonts w:asciiTheme="majorBidi" w:eastAsia="Arial" w:hAnsiTheme="majorBidi" w:cstheme="majorBidi"/>
          <w:sz w:val="28"/>
          <w:szCs w:val="28"/>
        </w:rPr>
        <w:t xml:space="preserve">طريقة الاستخدام: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قسّم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المنهج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إلى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وحدات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،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ثم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راجع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في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كل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موعد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عبر أسئلة/حل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مسائل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>/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شرح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من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proofErr w:type="gramStart"/>
      <w:r w:rsidRPr="00F61AFA">
        <w:rPr>
          <w:rFonts w:asciiTheme="majorBidi" w:eastAsia="Arial" w:hAnsiTheme="majorBidi" w:cstheme="majorBidi"/>
          <w:sz w:val="28"/>
          <w:szCs w:val="28"/>
        </w:rPr>
        <w:t>الذاكرة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r w:rsidR="00F61AFA">
        <w:rPr>
          <w:rFonts w:asciiTheme="majorBidi" w:eastAsia="Arial" w:hAnsiTheme="majorBidi" w:cstheme="majorBidi"/>
          <w:sz w:val="28"/>
          <w:szCs w:val="28"/>
        </w:rPr>
        <w:t>)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بدون</w:t>
      </w:r>
      <w:proofErr w:type="spellEnd"/>
      <w:proofErr w:type="gram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إعادة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قراءة</w:t>
      </w:r>
      <w:proofErr w:type="spellEnd"/>
      <w:r w:rsidRPr="00F61AFA">
        <w:rPr>
          <w:rFonts w:asciiTheme="majorBidi" w:eastAsia="Arial" w:hAnsiTheme="majorBidi" w:cstheme="majorBidi"/>
          <w:sz w:val="28"/>
          <w:szCs w:val="28"/>
        </w:rPr>
        <w:t xml:space="preserve"> </w:t>
      </w:r>
      <w:proofErr w:type="spellStart"/>
      <w:r w:rsidRPr="00F61AFA">
        <w:rPr>
          <w:rFonts w:asciiTheme="majorBidi" w:eastAsia="Arial" w:hAnsiTheme="majorBidi" w:cstheme="majorBidi"/>
          <w:sz w:val="28"/>
          <w:szCs w:val="28"/>
        </w:rPr>
        <w:t>مطوّلة</w:t>
      </w:r>
      <w:proofErr w:type="spellEnd"/>
    </w:p>
    <w:p w14:paraId="1CB1253A" w14:textId="77777777" w:rsidR="007856A8" w:rsidRDefault="007856A8" w:rsidP="00F61AFA">
      <w:pPr>
        <w:bidi/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43"/>
        <w:gridCol w:w="1417"/>
        <w:gridCol w:w="1418"/>
        <w:gridCol w:w="1417"/>
        <w:gridCol w:w="1398"/>
        <w:gridCol w:w="1701"/>
        <w:gridCol w:w="3422"/>
      </w:tblGrid>
      <w:tr w:rsidR="007856A8" w14:paraId="02CA4825" w14:textId="77777777" w:rsidTr="00F61AFA">
        <w:trPr>
          <w:trHeight w:hRule="exact" w:val="680"/>
        </w:trPr>
        <w:tc>
          <w:tcPr>
            <w:tcW w:w="2343" w:type="dxa"/>
          </w:tcPr>
          <w:p w14:paraId="52EDE222" w14:textId="77777777" w:rsidR="007856A8" w:rsidRDefault="00000000" w:rsidP="00F61AFA">
            <w:pPr>
              <w:bidi/>
              <w:jc w:val="center"/>
            </w:pPr>
            <w:proofErr w:type="spellStart"/>
            <w:r>
              <w:rPr>
                <w:rFonts w:ascii="Arial" w:eastAsia="Arial" w:hAnsi="Arial" w:cs="Arial"/>
                <w:b/>
              </w:rPr>
              <w:t>الوحدة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b/>
              </w:rPr>
              <w:t>الدرس</w:t>
            </w:r>
            <w:proofErr w:type="spellEnd"/>
          </w:p>
        </w:tc>
        <w:tc>
          <w:tcPr>
            <w:tcW w:w="1417" w:type="dxa"/>
          </w:tcPr>
          <w:p w14:paraId="0B0917CF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تاريخ الدراسة</w:t>
            </w:r>
          </w:p>
        </w:tc>
        <w:tc>
          <w:tcPr>
            <w:tcW w:w="1418" w:type="dxa"/>
          </w:tcPr>
          <w:p w14:paraId="76E3116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مراجعة 1</w:t>
            </w:r>
            <w:r>
              <w:rPr>
                <w:rFonts w:ascii="Arial" w:eastAsia="Arial" w:hAnsi="Arial" w:cs="Arial"/>
                <w:b/>
              </w:rPr>
              <w:br/>
              <w:t>(بعد يوم)</w:t>
            </w:r>
          </w:p>
        </w:tc>
        <w:tc>
          <w:tcPr>
            <w:tcW w:w="1417" w:type="dxa"/>
          </w:tcPr>
          <w:p w14:paraId="0020696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مراجعة 2</w:t>
            </w:r>
            <w:r>
              <w:rPr>
                <w:rFonts w:ascii="Arial" w:eastAsia="Arial" w:hAnsi="Arial" w:cs="Arial"/>
                <w:b/>
              </w:rPr>
              <w:br/>
              <w:t>(بعد 3 أيام)</w:t>
            </w:r>
          </w:p>
        </w:tc>
        <w:tc>
          <w:tcPr>
            <w:tcW w:w="1398" w:type="dxa"/>
          </w:tcPr>
          <w:p w14:paraId="76784FFC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مراجعة 3</w:t>
            </w:r>
            <w:r>
              <w:rPr>
                <w:rFonts w:ascii="Arial" w:eastAsia="Arial" w:hAnsi="Arial" w:cs="Arial"/>
                <w:b/>
              </w:rPr>
              <w:br/>
              <w:t>(بعد 7 أيام)</w:t>
            </w:r>
          </w:p>
        </w:tc>
        <w:tc>
          <w:tcPr>
            <w:tcW w:w="1701" w:type="dxa"/>
          </w:tcPr>
          <w:p w14:paraId="00A15FE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مراجعة أخيرة</w:t>
            </w:r>
            <w:r>
              <w:rPr>
                <w:rFonts w:ascii="Arial" w:eastAsia="Arial" w:hAnsi="Arial" w:cs="Arial"/>
                <w:b/>
              </w:rPr>
              <w:br/>
              <w:t>(قبل الامتحان)</w:t>
            </w:r>
          </w:p>
        </w:tc>
        <w:tc>
          <w:tcPr>
            <w:tcW w:w="3422" w:type="dxa"/>
          </w:tcPr>
          <w:p w14:paraId="49E8CB4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  <w:b/>
              </w:rPr>
              <w:t>ملاحظات / نقاط ضعف</w:t>
            </w:r>
          </w:p>
        </w:tc>
      </w:tr>
      <w:tr w:rsidR="007856A8" w14:paraId="0447E540" w14:textId="77777777" w:rsidTr="00F61AFA">
        <w:trPr>
          <w:trHeight w:hRule="exact" w:val="539"/>
        </w:trPr>
        <w:tc>
          <w:tcPr>
            <w:tcW w:w="2343" w:type="dxa"/>
          </w:tcPr>
          <w:p w14:paraId="253E75FB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6840DD0C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1B6D156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42DB473E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7148F72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173E8703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54CE2AAC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383824D1" w14:textId="77777777" w:rsidTr="00F61AFA">
        <w:trPr>
          <w:trHeight w:hRule="exact" w:val="539"/>
        </w:trPr>
        <w:tc>
          <w:tcPr>
            <w:tcW w:w="2343" w:type="dxa"/>
          </w:tcPr>
          <w:p w14:paraId="553276C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0C03A8C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036EB722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497448D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0D1BA133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7803D85F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4690B33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65612652" w14:textId="77777777" w:rsidTr="00F61AFA">
        <w:trPr>
          <w:trHeight w:hRule="exact" w:val="539"/>
        </w:trPr>
        <w:tc>
          <w:tcPr>
            <w:tcW w:w="2343" w:type="dxa"/>
          </w:tcPr>
          <w:p w14:paraId="5CE9259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7754E102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0E48F5E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200F43A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04A39DF0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13EEB71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47F38C7B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38CC2BA1" w14:textId="77777777" w:rsidTr="00F61AFA">
        <w:trPr>
          <w:trHeight w:hRule="exact" w:val="539"/>
        </w:trPr>
        <w:tc>
          <w:tcPr>
            <w:tcW w:w="2343" w:type="dxa"/>
          </w:tcPr>
          <w:p w14:paraId="5B07F73F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5BA51576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67352715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7D293AF3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31C772D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4B8C7D30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67AB7C4B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1A0BBA37" w14:textId="77777777" w:rsidTr="00F61AFA">
        <w:trPr>
          <w:trHeight w:hRule="exact" w:val="539"/>
        </w:trPr>
        <w:tc>
          <w:tcPr>
            <w:tcW w:w="2343" w:type="dxa"/>
          </w:tcPr>
          <w:p w14:paraId="0BB285E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5AC87EAE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58B0D225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127AB5B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089A63B6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25EFE70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7F7DD97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443E1878" w14:textId="77777777" w:rsidTr="00F61AFA">
        <w:trPr>
          <w:trHeight w:hRule="exact" w:val="539"/>
        </w:trPr>
        <w:tc>
          <w:tcPr>
            <w:tcW w:w="2343" w:type="dxa"/>
          </w:tcPr>
          <w:p w14:paraId="4EF394B0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719C136E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0BA2479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6BA1439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24AB12F6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52031AD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5C29A224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4AA4556E" w14:textId="77777777" w:rsidTr="00F61AFA">
        <w:trPr>
          <w:trHeight w:hRule="exact" w:val="539"/>
        </w:trPr>
        <w:tc>
          <w:tcPr>
            <w:tcW w:w="2343" w:type="dxa"/>
          </w:tcPr>
          <w:p w14:paraId="1D3D81D2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5BAA210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28C26EF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4628275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0D7A092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1DBCE645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72DAB024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612A9F39" w14:textId="77777777" w:rsidTr="00F61AFA">
        <w:trPr>
          <w:trHeight w:hRule="exact" w:val="539"/>
        </w:trPr>
        <w:tc>
          <w:tcPr>
            <w:tcW w:w="2343" w:type="dxa"/>
          </w:tcPr>
          <w:p w14:paraId="1D6E3CA6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29195E0F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4D3A304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4C5BE56B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7C7D25D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68219F7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6CF07E4F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0CE88749" w14:textId="77777777" w:rsidTr="00F61AFA">
        <w:trPr>
          <w:trHeight w:hRule="exact" w:val="539"/>
        </w:trPr>
        <w:tc>
          <w:tcPr>
            <w:tcW w:w="2343" w:type="dxa"/>
          </w:tcPr>
          <w:p w14:paraId="3B2B37BB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0405DB9A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6FC64E2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25B20D22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3AAEA3B3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58CAD56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7869C64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7856A8" w14:paraId="54E13813" w14:textId="77777777" w:rsidTr="00F61AFA">
        <w:trPr>
          <w:trHeight w:hRule="exact" w:val="539"/>
        </w:trPr>
        <w:tc>
          <w:tcPr>
            <w:tcW w:w="2343" w:type="dxa"/>
          </w:tcPr>
          <w:p w14:paraId="4F9AA7CD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7B244AB8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</w:tcPr>
          <w:p w14:paraId="3A538096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7" w:type="dxa"/>
          </w:tcPr>
          <w:p w14:paraId="3078CB31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98" w:type="dxa"/>
          </w:tcPr>
          <w:p w14:paraId="2517E255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701" w:type="dxa"/>
          </w:tcPr>
          <w:p w14:paraId="20528DF4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22" w:type="dxa"/>
          </w:tcPr>
          <w:p w14:paraId="1A1C9087" w14:textId="77777777" w:rsidR="007856A8" w:rsidRDefault="00000000" w:rsidP="00F61AFA">
            <w:pPr>
              <w:bidi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5F31111C" w14:textId="77777777" w:rsidR="007856A8" w:rsidRDefault="007856A8" w:rsidP="00F61AFA">
      <w:pPr>
        <w:bidi/>
      </w:pPr>
    </w:p>
    <w:p w14:paraId="786A41B3" w14:textId="77777777" w:rsidR="007856A8" w:rsidRDefault="00000000" w:rsidP="00F61AFA">
      <w:pPr>
        <w:bidi/>
        <w:jc w:val="center"/>
      </w:pPr>
      <w:r>
        <w:rPr>
          <w:rFonts w:ascii="Arial" w:eastAsia="Arial" w:hAnsi="Arial" w:cs="Arial"/>
          <w:sz w:val="20"/>
        </w:rPr>
        <w:t>altariqaa.com</w:t>
      </w:r>
    </w:p>
    <w:sectPr w:rsidR="007856A8" w:rsidSect="00034616"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39649357">
    <w:abstractNumId w:val="8"/>
  </w:num>
  <w:num w:numId="2" w16cid:durableId="1302690757">
    <w:abstractNumId w:val="6"/>
  </w:num>
  <w:num w:numId="3" w16cid:durableId="150799731">
    <w:abstractNumId w:val="5"/>
  </w:num>
  <w:num w:numId="4" w16cid:durableId="1446389574">
    <w:abstractNumId w:val="4"/>
  </w:num>
  <w:num w:numId="5" w16cid:durableId="470365373">
    <w:abstractNumId w:val="7"/>
  </w:num>
  <w:num w:numId="6" w16cid:durableId="1010058432">
    <w:abstractNumId w:val="3"/>
  </w:num>
  <w:num w:numId="7" w16cid:durableId="1011034032">
    <w:abstractNumId w:val="2"/>
  </w:num>
  <w:num w:numId="8" w16cid:durableId="150799232">
    <w:abstractNumId w:val="1"/>
  </w:num>
  <w:num w:numId="9" w16cid:durableId="1891382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A1DC8"/>
    <w:rsid w:val="007856A8"/>
    <w:rsid w:val="00AA1D8D"/>
    <w:rsid w:val="00B47730"/>
    <w:rsid w:val="00CB0664"/>
    <w:rsid w:val="00F61A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4B79BB"/>
  <w14:defaultImageDpi w14:val="300"/>
  <w15:docId w15:val="{1A7D965B-7CB2-40FF-92C7-CAC50FFAD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Maisa Al Rifaey</cp:lastModifiedBy>
  <cp:revision>2</cp:revision>
  <dcterms:created xsi:type="dcterms:W3CDTF">2026-01-10T13:24:00Z</dcterms:created>
  <dcterms:modified xsi:type="dcterms:W3CDTF">2026-01-10T13:24:00Z</dcterms:modified>
  <cp:category/>
</cp:coreProperties>
</file>